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1105E" w14:textId="77777777" w:rsidR="00BF6E78" w:rsidRDefault="00000000">
      <w:pPr>
        <w:pStyle w:val="Heading1"/>
        <w:jc w:val="center"/>
      </w:pPr>
      <w:r>
        <w:t>Student Worksheets</w:t>
      </w:r>
    </w:p>
    <w:p w14:paraId="106DB2CE" w14:textId="77777777" w:rsidR="00BF6E78" w:rsidRPr="00F144F0" w:rsidRDefault="00000000">
      <w:pPr>
        <w:jc w:val="center"/>
        <w:rPr>
          <w:sz w:val="24"/>
          <w:szCs w:val="24"/>
        </w:rPr>
      </w:pPr>
      <w:r w:rsidRPr="00F144F0">
        <w:rPr>
          <w:sz w:val="24"/>
          <w:szCs w:val="24"/>
        </w:rPr>
        <w:t>Use these worksheets to prepare for, participate in, and reflect on your Expo experience.</w:t>
      </w:r>
    </w:p>
    <w:p w14:paraId="5B713558" w14:textId="77777777" w:rsidR="00BF6E78" w:rsidRDefault="00000000" w:rsidP="005111CC">
      <w:pPr>
        <w:ind w:left="720"/>
      </w:pPr>
      <w:r>
        <w:br/>
      </w:r>
    </w:p>
    <w:p w14:paraId="211846C4" w14:textId="77777777" w:rsidR="00BF6E78" w:rsidRDefault="00000000" w:rsidP="005111CC">
      <w:pPr>
        <w:pStyle w:val="Heading2"/>
        <w:ind w:left="720"/>
        <w:rPr>
          <w:sz w:val="36"/>
          <w:szCs w:val="36"/>
        </w:rPr>
      </w:pPr>
      <w:r w:rsidRPr="005111CC">
        <w:rPr>
          <w:sz w:val="36"/>
          <w:szCs w:val="36"/>
        </w:rPr>
        <w:t>Worksheet 1: My Career Expo Game Plan</w:t>
      </w:r>
    </w:p>
    <w:p w14:paraId="1B2C0172" w14:textId="77777777" w:rsidR="005111CC" w:rsidRPr="005111CC" w:rsidRDefault="005111CC" w:rsidP="005111CC">
      <w:pPr>
        <w:ind w:left="720"/>
      </w:pPr>
    </w:p>
    <w:p w14:paraId="65598F3D" w14:textId="77777777" w:rsidR="005111CC" w:rsidRDefault="00000000" w:rsidP="005111CC">
      <w:pPr>
        <w:ind w:left="720"/>
        <w:rPr>
          <w:sz w:val="28"/>
          <w:szCs w:val="28"/>
        </w:rPr>
      </w:pPr>
      <w:r w:rsidRPr="005111CC">
        <w:rPr>
          <w:sz w:val="28"/>
          <w:szCs w:val="28"/>
        </w:rPr>
        <w:t xml:space="preserve">Student Name: ____________________________    </w:t>
      </w:r>
    </w:p>
    <w:p w14:paraId="3B5F7FDB" w14:textId="588AF158" w:rsidR="00BF6E78" w:rsidRPr="005111CC" w:rsidRDefault="00000000" w:rsidP="005111CC">
      <w:pPr>
        <w:ind w:left="720"/>
        <w:rPr>
          <w:sz w:val="28"/>
          <w:szCs w:val="28"/>
        </w:rPr>
      </w:pPr>
      <w:r w:rsidRPr="005111CC">
        <w:rPr>
          <w:sz w:val="28"/>
          <w:szCs w:val="28"/>
        </w:rPr>
        <w:t>School: ___________________________    Grade: ______</w:t>
      </w:r>
      <w:r w:rsidRPr="005111CC">
        <w:rPr>
          <w:sz w:val="28"/>
          <w:szCs w:val="28"/>
        </w:rPr>
        <w:br/>
      </w:r>
    </w:p>
    <w:p w14:paraId="59B8C64E" w14:textId="77777777" w:rsidR="00BF6E78" w:rsidRPr="005111CC" w:rsidRDefault="00000000" w:rsidP="005111CC">
      <w:pPr>
        <w:ind w:left="720"/>
        <w:rPr>
          <w:sz w:val="28"/>
          <w:szCs w:val="28"/>
        </w:rPr>
      </w:pPr>
      <w:r w:rsidRPr="005111CC">
        <w:rPr>
          <w:sz w:val="28"/>
          <w:szCs w:val="28"/>
        </w:rPr>
        <w:t>Why am I attending this Expo? (Check all that apply)</w:t>
      </w:r>
    </w:p>
    <w:p w14:paraId="209C7EB2" w14:textId="77777777" w:rsidR="00BF6E78" w:rsidRPr="005111CC" w:rsidRDefault="00000000" w:rsidP="005111CC">
      <w:pPr>
        <w:ind w:left="720"/>
        <w:rPr>
          <w:sz w:val="28"/>
          <w:szCs w:val="28"/>
        </w:rPr>
      </w:pPr>
      <w:r w:rsidRPr="005111CC">
        <w:rPr>
          <w:rFonts w:ascii="Segoe UI Symbol" w:hAnsi="Segoe UI Symbol" w:cs="Segoe UI Symbol"/>
          <w:sz w:val="28"/>
          <w:szCs w:val="28"/>
        </w:rPr>
        <w:t>☐</w:t>
      </w:r>
      <w:r w:rsidRPr="005111CC">
        <w:rPr>
          <w:sz w:val="28"/>
          <w:szCs w:val="28"/>
        </w:rPr>
        <w:t xml:space="preserve"> To explore healthcare careers</w:t>
      </w:r>
      <w:r w:rsidRPr="005111CC">
        <w:rPr>
          <w:sz w:val="28"/>
          <w:szCs w:val="28"/>
        </w:rPr>
        <w:br/>
      </w:r>
      <w:r w:rsidRPr="005111CC">
        <w:rPr>
          <w:rFonts w:ascii="Segoe UI Symbol" w:hAnsi="Segoe UI Symbol" w:cs="Segoe UI Symbol"/>
          <w:sz w:val="28"/>
          <w:szCs w:val="28"/>
        </w:rPr>
        <w:t>☐</w:t>
      </w:r>
      <w:r w:rsidRPr="005111CC">
        <w:rPr>
          <w:sz w:val="28"/>
          <w:szCs w:val="28"/>
        </w:rPr>
        <w:t xml:space="preserve"> To learn about education or training pathways</w:t>
      </w:r>
      <w:r w:rsidRPr="005111CC">
        <w:rPr>
          <w:sz w:val="28"/>
          <w:szCs w:val="28"/>
        </w:rPr>
        <w:br/>
      </w:r>
      <w:r w:rsidRPr="005111CC">
        <w:rPr>
          <w:rFonts w:ascii="Segoe UI Symbol" w:hAnsi="Segoe UI Symbol" w:cs="Segoe UI Symbol"/>
          <w:sz w:val="28"/>
          <w:szCs w:val="28"/>
        </w:rPr>
        <w:t>☐</w:t>
      </w:r>
      <w:r w:rsidRPr="005111CC">
        <w:rPr>
          <w:sz w:val="28"/>
          <w:szCs w:val="28"/>
        </w:rPr>
        <w:t xml:space="preserve"> To talk with healthcare professionals</w:t>
      </w:r>
      <w:r w:rsidRPr="005111CC">
        <w:rPr>
          <w:sz w:val="28"/>
          <w:szCs w:val="28"/>
        </w:rPr>
        <w:br/>
      </w:r>
      <w:r w:rsidRPr="005111CC">
        <w:rPr>
          <w:rFonts w:ascii="Segoe UI Symbol" w:hAnsi="Segoe UI Symbol" w:cs="Segoe UI Symbol"/>
          <w:sz w:val="28"/>
          <w:szCs w:val="28"/>
        </w:rPr>
        <w:t>☐</w:t>
      </w:r>
      <w:r w:rsidRPr="005111CC">
        <w:rPr>
          <w:sz w:val="28"/>
          <w:szCs w:val="28"/>
        </w:rPr>
        <w:t xml:space="preserve"> I</w:t>
      </w:r>
      <w:r w:rsidRPr="005111CC">
        <w:rPr>
          <w:rFonts w:ascii="Garamond" w:hAnsi="Garamond" w:cs="Garamond"/>
          <w:sz w:val="28"/>
          <w:szCs w:val="28"/>
        </w:rPr>
        <w:t>’</w:t>
      </w:r>
      <w:r w:rsidRPr="005111CC">
        <w:rPr>
          <w:sz w:val="28"/>
          <w:szCs w:val="28"/>
        </w:rPr>
        <w:t>m curious and want to learn more</w:t>
      </w:r>
      <w:r w:rsidRPr="005111CC">
        <w:rPr>
          <w:sz w:val="28"/>
          <w:szCs w:val="28"/>
        </w:rPr>
        <w:br/>
      </w:r>
      <w:r w:rsidRPr="005111CC">
        <w:rPr>
          <w:rFonts w:ascii="Segoe UI Symbol" w:hAnsi="Segoe UI Symbol" w:cs="Segoe UI Symbol"/>
          <w:sz w:val="28"/>
          <w:szCs w:val="28"/>
        </w:rPr>
        <w:t>☐</w:t>
      </w:r>
      <w:r w:rsidRPr="005111CC">
        <w:rPr>
          <w:sz w:val="28"/>
          <w:szCs w:val="28"/>
        </w:rPr>
        <w:t xml:space="preserve"> Other: ____________________________</w:t>
      </w:r>
    </w:p>
    <w:p w14:paraId="2EB53CC5" w14:textId="77777777" w:rsidR="00BF6E78" w:rsidRPr="005111CC" w:rsidRDefault="00000000" w:rsidP="005111CC">
      <w:pPr>
        <w:ind w:left="720"/>
        <w:rPr>
          <w:sz w:val="28"/>
          <w:szCs w:val="28"/>
        </w:rPr>
      </w:pPr>
      <w:r w:rsidRPr="005111CC">
        <w:rPr>
          <w:sz w:val="28"/>
          <w:szCs w:val="28"/>
        </w:rPr>
        <w:br/>
        <w:t>Careers I am interested in learning about:</w:t>
      </w:r>
    </w:p>
    <w:p w14:paraId="79E91DB1" w14:textId="6D1196C3" w:rsidR="00BF6E78" w:rsidRPr="005111CC" w:rsidRDefault="00000000" w:rsidP="005111CC">
      <w:pPr>
        <w:ind w:left="720"/>
        <w:rPr>
          <w:sz w:val="28"/>
          <w:szCs w:val="28"/>
        </w:rPr>
      </w:pPr>
      <w:r w:rsidRPr="005111CC">
        <w:rPr>
          <w:sz w:val="28"/>
          <w:szCs w:val="28"/>
        </w:rPr>
        <w:t>1. _______________________</w:t>
      </w:r>
      <w:r w:rsidR="008969AF">
        <w:rPr>
          <w:sz w:val="28"/>
          <w:szCs w:val="28"/>
        </w:rPr>
        <w:t>_________________________________</w:t>
      </w:r>
      <w:r w:rsidRPr="005111CC">
        <w:rPr>
          <w:sz w:val="28"/>
          <w:szCs w:val="28"/>
        </w:rPr>
        <w:t>_____</w:t>
      </w:r>
    </w:p>
    <w:p w14:paraId="7F24FE1E" w14:textId="263074B3" w:rsidR="00BF6E78" w:rsidRPr="005111CC" w:rsidRDefault="00000000" w:rsidP="005111CC">
      <w:pPr>
        <w:ind w:left="720"/>
        <w:rPr>
          <w:sz w:val="28"/>
          <w:szCs w:val="28"/>
        </w:rPr>
      </w:pPr>
      <w:r w:rsidRPr="005111CC">
        <w:rPr>
          <w:sz w:val="28"/>
          <w:szCs w:val="28"/>
        </w:rPr>
        <w:t>2. ________________</w:t>
      </w:r>
      <w:r w:rsidR="008969AF">
        <w:rPr>
          <w:sz w:val="28"/>
          <w:szCs w:val="28"/>
        </w:rPr>
        <w:t>_________________________________</w:t>
      </w:r>
      <w:r w:rsidRPr="005111CC">
        <w:rPr>
          <w:sz w:val="28"/>
          <w:szCs w:val="28"/>
        </w:rPr>
        <w:t>____________</w:t>
      </w:r>
    </w:p>
    <w:p w14:paraId="4935B79D" w14:textId="3F78D9CB" w:rsidR="00BF6E78" w:rsidRPr="005111CC" w:rsidRDefault="00000000" w:rsidP="005111CC">
      <w:pPr>
        <w:ind w:left="720"/>
        <w:rPr>
          <w:sz w:val="28"/>
          <w:szCs w:val="28"/>
        </w:rPr>
      </w:pPr>
      <w:r w:rsidRPr="005111CC">
        <w:rPr>
          <w:sz w:val="28"/>
          <w:szCs w:val="28"/>
        </w:rPr>
        <w:t>3. ________________</w:t>
      </w:r>
      <w:r w:rsidR="008969AF">
        <w:rPr>
          <w:sz w:val="28"/>
          <w:szCs w:val="28"/>
        </w:rPr>
        <w:t>_________________________________</w:t>
      </w:r>
      <w:r w:rsidRPr="005111CC">
        <w:rPr>
          <w:sz w:val="28"/>
          <w:szCs w:val="28"/>
        </w:rPr>
        <w:t>____________</w:t>
      </w:r>
    </w:p>
    <w:p w14:paraId="2CD1DF79" w14:textId="60FF89DC" w:rsidR="00BF6E78" w:rsidRDefault="00BF6E78" w:rsidP="005111CC">
      <w:pPr>
        <w:ind w:left="720"/>
      </w:pPr>
    </w:p>
    <w:p w14:paraId="4F716A73" w14:textId="4D0DAE9E" w:rsidR="005111CC" w:rsidRDefault="005111CC" w:rsidP="005111CC">
      <w:pPr>
        <w:ind w:left="720"/>
      </w:pPr>
      <w:r>
        <w:br w:type="page"/>
      </w:r>
    </w:p>
    <w:p w14:paraId="20F0D25F" w14:textId="77777777" w:rsidR="005111CC" w:rsidRDefault="005111CC"/>
    <w:p w14:paraId="0A76EBD8" w14:textId="77777777" w:rsidR="00BF6E78" w:rsidRDefault="00000000" w:rsidP="00F144F0">
      <w:pPr>
        <w:pStyle w:val="Heading2"/>
        <w:ind w:left="720"/>
        <w:rPr>
          <w:sz w:val="32"/>
          <w:szCs w:val="32"/>
        </w:rPr>
      </w:pPr>
      <w:r w:rsidRPr="005111CC">
        <w:rPr>
          <w:sz w:val="32"/>
          <w:szCs w:val="32"/>
        </w:rPr>
        <w:t>Worksheet 2: My 30-Second Introduction</w:t>
      </w:r>
    </w:p>
    <w:p w14:paraId="49A2CFEF" w14:textId="77777777" w:rsidR="005111CC" w:rsidRPr="005111CC" w:rsidRDefault="005111CC" w:rsidP="00F144F0">
      <w:pPr>
        <w:ind w:left="720"/>
      </w:pPr>
    </w:p>
    <w:p w14:paraId="0F426A81" w14:textId="77777777" w:rsidR="00BF6E78" w:rsidRDefault="00000000" w:rsidP="00F144F0">
      <w:pPr>
        <w:ind w:left="720"/>
        <w:rPr>
          <w:sz w:val="28"/>
          <w:szCs w:val="28"/>
        </w:rPr>
      </w:pPr>
      <w:r w:rsidRPr="005111CC">
        <w:rPr>
          <w:sz w:val="28"/>
          <w:szCs w:val="28"/>
        </w:rPr>
        <w:t>Write and practice a short professional introduction:</w:t>
      </w:r>
    </w:p>
    <w:p w14:paraId="2C4F968F" w14:textId="77777777" w:rsidR="005111CC" w:rsidRPr="005111CC" w:rsidRDefault="005111CC" w:rsidP="00F144F0">
      <w:pPr>
        <w:ind w:left="720"/>
        <w:rPr>
          <w:sz w:val="28"/>
          <w:szCs w:val="28"/>
        </w:rPr>
      </w:pPr>
    </w:p>
    <w:p w14:paraId="0EF5FDFD" w14:textId="72E9AEF4" w:rsidR="00F144F0" w:rsidRDefault="00000000" w:rsidP="00F144F0">
      <w:pPr>
        <w:ind w:left="720"/>
        <w:rPr>
          <w:sz w:val="28"/>
          <w:szCs w:val="28"/>
        </w:rPr>
      </w:pPr>
      <w:r w:rsidRPr="005111CC">
        <w:rPr>
          <w:sz w:val="28"/>
          <w:szCs w:val="28"/>
        </w:rPr>
        <w:t>Hi, my name is __________________</w:t>
      </w:r>
      <w:r w:rsidR="00F144F0">
        <w:rPr>
          <w:sz w:val="28"/>
          <w:szCs w:val="28"/>
        </w:rPr>
        <w:t>_________________________</w:t>
      </w:r>
      <w:r w:rsidRPr="005111CC">
        <w:rPr>
          <w:sz w:val="28"/>
          <w:szCs w:val="28"/>
        </w:rPr>
        <w:t xml:space="preserve">_. </w:t>
      </w:r>
    </w:p>
    <w:p w14:paraId="7EA3BEC2" w14:textId="667EB936" w:rsidR="005111CC" w:rsidRDefault="00000000" w:rsidP="00F144F0">
      <w:pPr>
        <w:ind w:left="720"/>
        <w:rPr>
          <w:sz w:val="28"/>
          <w:szCs w:val="28"/>
        </w:rPr>
      </w:pPr>
      <w:r w:rsidRPr="005111CC">
        <w:rPr>
          <w:sz w:val="28"/>
          <w:szCs w:val="28"/>
        </w:rPr>
        <w:t>I am in grade _</w:t>
      </w:r>
      <w:r w:rsidR="00F144F0">
        <w:rPr>
          <w:sz w:val="28"/>
          <w:szCs w:val="28"/>
        </w:rPr>
        <w:t>________</w:t>
      </w:r>
      <w:r w:rsidRPr="005111CC">
        <w:rPr>
          <w:sz w:val="28"/>
          <w:szCs w:val="28"/>
        </w:rPr>
        <w:t>____ at ____</w:t>
      </w:r>
      <w:r w:rsidR="00F144F0">
        <w:rPr>
          <w:sz w:val="28"/>
          <w:szCs w:val="28"/>
        </w:rPr>
        <w:t>___________</w:t>
      </w:r>
      <w:r w:rsidRPr="005111CC">
        <w:rPr>
          <w:sz w:val="28"/>
          <w:szCs w:val="28"/>
        </w:rPr>
        <w:t xml:space="preserve">________________. </w:t>
      </w:r>
    </w:p>
    <w:p w14:paraId="48A762ED" w14:textId="77777777" w:rsidR="005111CC" w:rsidRDefault="005111CC" w:rsidP="00F144F0">
      <w:pPr>
        <w:ind w:left="720"/>
        <w:rPr>
          <w:sz w:val="28"/>
          <w:szCs w:val="28"/>
        </w:rPr>
      </w:pPr>
    </w:p>
    <w:p w14:paraId="01FC90B6" w14:textId="7F25ABD1" w:rsidR="00BF6E78" w:rsidRPr="005111CC" w:rsidRDefault="00000000" w:rsidP="00F144F0">
      <w:pPr>
        <w:ind w:left="720"/>
        <w:rPr>
          <w:sz w:val="28"/>
          <w:szCs w:val="28"/>
        </w:rPr>
      </w:pPr>
      <w:r w:rsidRPr="005111CC">
        <w:rPr>
          <w:sz w:val="28"/>
          <w:szCs w:val="28"/>
        </w:rPr>
        <w:t xml:space="preserve">I’m interested in healthcare and would like to learn more about </w:t>
      </w:r>
    </w:p>
    <w:tbl>
      <w:tblPr>
        <w:tblStyle w:val="TableGrid"/>
        <w:tblpPr w:leftFromText="180" w:rightFromText="180" w:vertAnchor="text" w:horzAnchor="margin" w:tblpXSpec="center" w:tblpY="610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F144F0" w14:paraId="2D035960" w14:textId="77777777" w:rsidTr="00F144F0">
        <w:trPr>
          <w:trHeight w:val="800"/>
        </w:trPr>
        <w:tc>
          <w:tcPr>
            <w:tcW w:w="10080" w:type="dxa"/>
          </w:tcPr>
          <w:p w14:paraId="2B59BF0E" w14:textId="77777777" w:rsidR="00F144F0" w:rsidRDefault="00F144F0" w:rsidP="00F144F0"/>
        </w:tc>
      </w:tr>
      <w:tr w:rsidR="00F144F0" w14:paraId="315D03ED" w14:textId="77777777" w:rsidTr="00F144F0">
        <w:trPr>
          <w:trHeight w:val="797"/>
        </w:trPr>
        <w:tc>
          <w:tcPr>
            <w:tcW w:w="10080" w:type="dxa"/>
          </w:tcPr>
          <w:p w14:paraId="748870D1" w14:textId="77777777" w:rsidR="00F144F0" w:rsidRDefault="00F144F0" w:rsidP="00F144F0"/>
        </w:tc>
      </w:tr>
      <w:tr w:rsidR="00F144F0" w14:paraId="54A96308" w14:textId="77777777" w:rsidTr="00F144F0">
        <w:trPr>
          <w:trHeight w:val="797"/>
        </w:trPr>
        <w:tc>
          <w:tcPr>
            <w:tcW w:w="10080" w:type="dxa"/>
          </w:tcPr>
          <w:p w14:paraId="586C7AA1" w14:textId="77777777" w:rsidR="00F144F0" w:rsidRDefault="00F144F0" w:rsidP="00F144F0"/>
        </w:tc>
      </w:tr>
      <w:tr w:rsidR="00F144F0" w14:paraId="681ED3B2" w14:textId="77777777" w:rsidTr="00F144F0">
        <w:trPr>
          <w:trHeight w:val="707"/>
        </w:trPr>
        <w:tc>
          <w:tcPr>
            <w:tcW w:w="10080" w:type="dxa"/>
          </w:tcPr>
          <w:p w14:paraId="0148FD02" w14:textId="77777777" w:rsidR="00F144F0" w:rsidRDefault="00F144F0" w:rsidP="00F144F0"/>
        </w:tc>
      </w:tr>
      <w:tr w:rsidR="00F144F0" w14:paraId="49205F8C" w14:textId="77777777" w:rsidTr="00F144F0">
        <w:trPr>
          <w:trHeight w:val="725"/>
        </w:trPr>
        <w:tc>
          <w:tcPr>
            <w:tcW w:w="10080" w:type="dxa"/>
          </w:tcPr>
          <w:p w14:paraId="01AC46AF" w14:textId="77777777" w:rsidR="00F144F0" w:rsidRDefault="00F144F0" w:rsidP="00F144F0"/>
        </w:tc>
      </w:tr>
      <w:tr w:rsidR="00F144F0" w14:paraId="2BA88B86" w14:textId="77777777" w:rsidTr="00F144F0">
        <w:trPr>
          <w:trHeight w:val="887"/>
        </w:trPr>
        <w:tc>
          <w:tcPr>
            <w:tcW w:w="10080" w:type="dxa"/>
          </w:tcPr>
          <w:p w14:paraId="79FE4BA2" w14:textId="77777777" w:rsidR="00F144F0" w:rsidRDefault="00F144F0" w:rsidP="00F144F0"/>
        </w:tc>
      </w:tr>
    </w:tbl>
    <w:p w14:paraId="66F884F5" w14:textId="77777777" w:rsidR="00F144F0" w:rsidRDefault="00000000" w:rsidP="00F144F0">
      <w:pPr>
        <w:ind w:left="1440"/>
      </w:pPr>
      <w:r>
        <w:br w:type="page"/>
      </w:r>
    </w:p>
    <w:p w14:paraId="51485249" w14:textId="23C21050" w:rsidR="00BF6E78" w:rsidRDefault="00BF6E78"/>
    <w:p w14:paraId="0AB76CD5" w14:textId="77777777" w:rsidR="00F144F0" w:rsidRDefault="00F144F0">
      <w:pPr>
        <w:pStyle w:val="Heading2"/>
        <w:rPr>
          <w:sz w:val="32"/>
          <w:szCs w:val="32"/>
        </w:rPr>
      </w:pPr>
    </w:p>
    <w:p w14:paraId="48CE8F51" w14:textId="77777777" w:rsidR="00F144F0" w:rsidRDefault="00F144F0">
      <w:pPr>
        <w:pStyle w:val="Heading2"/>
        <w:rPr>
          <w:sz w:val="32"/>
          <w:szCs w:val="32"/>
        </w:rPr>
      </w:pPr>
    </w:p>
    <w:p w14:paraId="5E898EE4" w14:textId="0176E226" w:rsidR="00BF6E78" w:rsidRPr="00F144F0" w:rsidRDefault="00000000" w:rsidP="00F144F0">
      <w:pPr>
        <w:pStyle w:val="Heading2"/>
        <w:ind w:left="720"/>
        <w:rPr>
          <w:sz w:val="36"/>
          <w:szCs w:val="36"/>
        </w:rPr>
      </w:pPr>
      <w:r w:rsidRPr="00F144F0">
        <w:rPr>
          <w:sz w:val="36"/>
          <w:szCs w:val="36"/>
        </w:rPr>
        <w:t>Worksheet 3: Questions to Ask Professionals</w:t>
      </w:r>
    </w:p>
    <w:p w14:paraId="5E3B9F89" w14:textId="77777777" w:rsidR="00BF6E78" w:rsidRPr="00F144F0" w:rsidRDefault="00000000" w:rsidP="00F144F0">
      <w:pPr>
        <w:ind w:left="720"/>
        <w:rPr>
          <w:sz w:val="28"/>
          <w:szCs w:val="28"/>
        </w:rPr>
      </w:pPr>
      <w:r w:rsidRPr="00F144F0">
        <w:rPr>
          <w:sz w:val="28"/>
          <w:szCs w:val="28"/>
        </w:rPr>
        <w:t>Choose questions to ask at each booth:</w:t>
      </w:r>
    </w:p>
    <w:p w14:paraId="30643B63" w14:textId="77777777" w:rsidR="00BF6E78" w:rsidRDefault="00000000" w:rsidP="00F144F0">
      <w:pPr>
        <w:spacing w:before="240" w:after="600"/>
        <w:ind w:left="720"/>
      </w:pPr>
      <w:r w:rsidRPr="00F144F0">
        <w:rPr>
          <w:rFonts w:ascii="Segoe UI Symbol" w:hAnsi="Segoe UI Symbol" w:cs="Segoe UI Symbol"/>
          <w:sz w:val="28"/>
          <w:szCs w:val="28"/>
        </w:rPr>
        <w:t>☐</w:t>
      </w:r>
      <w:r w:rsidRPr="00F144F0">
        <w:rPr>
          <w:sz w:val="28"/>
          <w:szCs w:val="28"/>
        </w:rPr>
        <w:t xml:space="preserve"> What does a typical day look like?</w:t>
      </w:r>
      <w:r w:rsidRPr="00F144F0">
        <w:rPr>
          <w:sz w:val="28"/>
          <w:szCs w:val="28"/>
        </w:rPr>
        <w:br/>
      </w:r>
      <w:r w:rsidRPr="00F144F0">
        <w:rPr>
          <w:rFonts w:ascii="Segoe UI Symbol" w:hAnsi="Segoe UI Symbol" w:cs="Segoe UI Symbol"/>
          <w:sz w:val="28"/>
          <w:szCs w:val="28"/>
        </w:rPr>
        <w:t>☐</w:t>
      </w:r>
      <w:r w:rsidRPr="00F144F0">
        <w:rPr>
          <w:sz w:val="28"/>
          <w:szCs w:val="28"/>
        </w:rPr>
        <w:t xml:space="preserve"> What skills are most important for this role?</w:t>
      </w:r>
      <w:r w:rsidRPr="00F144F0">
        <w:rPr>
          <w:sz w:val="28"/>
          <w:szCs w:val="28"/>
        </w:rPr>
        <w:br/>
      </w:r>
      <w:r w:rsidRPr="00F144F0">
        <w:rPr>
          <w:rFonts w:ascii="Segoe UI Symbol" w:hAnsi="Segoe UI Symbol" w:cs="Segoe UI Symbol"/>
          <w:sz w:val="28"/>
          <w:szCs w:val="28"/>
        </w:rPr>
        <w:t>☐</w:t>
      </w:r>
      <w:r w:rsidRPr="00F144F0">
        <w:rPr>
          <w:sz w:val="28"/>
          <w:szCs w:val="28"/>
        </w:rPr>
        <w:t xml:space="preserve"> What education or training is required?</w:t>
      </w:r>
      <w:r w:rsidRPr="00F144F0">
        <w:rPr>
          <w:sz w:val="28"/>
          <w:szCs w:val="28"/>
        </w:rPr>
        <w:br/>
      </w:r>
      <w:r w:rsidRPr="00F144F0">
        <w:rPr>
          <w:rFonts w:ascii="Segoe UI Symbol" w:hAnsi="Segoe UI Symbol" w:cs="Segoe UI Symbol"/>
          <w:sz w:val="28"/>
          <w:szCs w:val="28"/>
        </w:rPr>
        <w:t>☐</w:t>
      </w:r>
      <w:r w:rsidRPr="00F144F0">
        <w:rPr>
          <w:sz w:val="28"/>
          <w:szCs w:val="28"/>
        </w:rPr>
        <w:t xml:space="preserve"> What do you enjoy most about your job?</w:t>
      </w:r>
      <w:r w:rsidRPr="00F144F0">
        <w:rPr>
          <w:sz w:val="28"/>
          <w:szCs w:val="28"/>
        </w:rPr>
        <w:br/>
      </w:r>
      <w:r w:rsidRPr="00F144F0">
        <w:rPr>
          <w:rFonts w:ascii="Segoe UI Symbol" w:hAnsi="Segoe UI Symbol" w:cs="Segoe UI Symbol"/>
          <w:sz w:val="28"/>
          <w:szCs w:val="28"/>
        </w:rPr>
        <w:t>☐</w:t>
      </w:r>
      <w:r w:rsidRPr="00F144F0">
        <w:rPr>
          <w:sz w:val="28"/>
          <w:szCs w:val="28"/>
        </w:rPr>
        <w:t xml:space="preserve"> What advice would you give a student interested in this career?</w:t>
      </w:r>
      <w:r w:rsidRPr="00F144F0">
        <w:rPr>
          <w:sz w:val="28"/>
          <w:szCs w:val="28"/>
        </w:rPr>
        <w:br/>
      </w:r>
    </w:p>
    <w:p w14:paraId="10471F08" w14:textId="77777777" w:rsidR="00BF6E78" w:rsidRDefault="00000000">
      <w:r>
        <w:br w:type="page"/>
      </w:r>
    </w:p>
    <w:p w14:paraId="49E32810" w14:textId="77777777" w:rsidR="00F144F0" w:rsidRDefault="00F144F0" w:rsidP="00F144F0">
      <w:pPr>
        <w:pStyle w:val="Heading2"/>
        <w:ind w:left="720"/>
      </w:pPr>
    </w:p>
    <w:p w14:paraId="137E361F" w14:textId="2A84C807" w:rsidR="00BF6E78" w:rsidRPr="00F144F0" w:rsidRDefault="00000000" w:rsidP="00F144F0">
      <w:pPr>
        <w:pStyle w:val="Heading2"/>
        <w:ind w:left="720"/>
        <w:rPr>
          <w:sz w:val="36"/>
          <w:szCs w:val="36"/>
        </w:rPr>
      </w:pPr>
      <w:r w:rsidRPr="00F144F0">
        <w:rPr>
          <w:sz w:val="36"/>
          <w:szCs w:val="36"/>
        </w:rPr>
        <w:t>Worksheet 4: Career Booth Notes</w:t>
      </w:r>
    </w:p>
    <w:p w14:paraId="0EEDC395" w14:textId="77777777" w:rsidR="00F144F0" w:rsidRDefault="00F144F0" w:rsidP="00F144F0">
      <w:pPr>
        <w:ind w:left="720"/>
        <w:rPr>
          <w:sz w:val="28"/>
          <w:szCs w:val="28"/>
        </w:rPr>
      </w:pPr>
    </w:p>
    <w:p w14:paraId="6BEF1049" w14:textId="163BCB2A" w:rsidR="00BF6E78" w:rsidRPr="00F144F0" w:rsidRDefault="00000000" w:rsidP="00F144F0">
      <w:pPr>
        <w:ind w:left="720"/>
        <w:rPr>
          <w:sz w:val="28"/>
          <w:szCs w:val="28"/>
        </w:rPr>
      </w:pPr>
      <w:r w:rsidRPr="00F144F0">
        <w:rPr>
          <w:sz w:val="28"/>
          <w:szCs w:val="28"/>
        </w:rPr>
        <w:t>Career / Organization: ____________________________</w:t>
      </w:r>
    </w:p>
    <w:p w14:paraId="4D50B63B" w14:textId="77777777" w:rsidR="00BF6E78" w:rsidRPr="00F144F0" w:rsidRDefault="00000000" w:rsidP="00F144F0">
      <w:pPr>
        <w:ind w:left="720"/>
        <w:rPr>
          <w:sz w:val="28"/>
          <w:szCs w:val="28"/>
        </w:rPr>
      </w:pPr>
      <w:r w:rsidRPr="00F144F0">
        <w:rPr>
          <w:sz w:val="28"/>
          <w:szCs w:val="28"/>
        </w:rPr>
        <w:t>Professional’s Job Title: ____________________________</w:t>
      </w:r>
      <w:r w:rsidRPr="00F144F0">
        <w:rPr>
          <w:sz w:val="28"/>
          <w:szCs w:val="28"/>
        </w:rPr>
        <w:br/>
      </w:r>
    </w:p>
    <w:p w14:paraId="2C6BDD10" w14:textId="77777777" w:rsidR="00BF6E78" w:rsidRPr="00F144F0" w:rsidRDefault="00000000" w:rsidP="00F144F0">
      <w:pPr>
        <w:ind w:left="720"/>
        <w:rPr>
          <w:sz w:val="28"/>
          <w:szCs w:val="28"/>
        </w:rPr>
      </w:pPr>
      <w:r w:rsidRPr="00F144F0">
        <w:rPr>
          <w:sz w:val="28"/>
          <w:szCs w:val="28"/>
        </w:rPr>
        <w:t>What I learned about this career:</w:t>
      </w:r>
      <w:r w:rsidRPr="00F144F0">
        <w:rPr>
          <w:sz w:val="28"/>
          <w:szCs w:val="28"/>
        </w:rPr>
        <w:br/>
        <w:t>____________________________________________</w:t>
      </w:r>
      <w:r w:rsidRPr="00F144F0">
        <w:rPr>
          <w:sz w:val="28"/>
          <w:szCs w:val="28"/>
        </w:rPr>
        <w:br/>
        <w:t>____________________________________________</w:t>
      </w:r>
    </w:p>
    <w:p w14:paraId="410C6A4E" w14:textId="77777777" w:rsidR="00BF6E78" w:rsidRPr="00F144F0" w:rsidRDefault="00000000" w:rsidP="00F144F0">
      <w:pPr>
        <w:ind w:left="720"/>
        <w:rPr>
          <w:sz w:val="28"/>
          <w:szCs w:val="28"/>
        </w:rPr>
      </w:pPr>
      <w:r w:rsidRPr="00F144F0">
        <w:rPr>
          <w:sz w:val="28"/>
          <w:szCs w:val="28"/>
        </w:rPr>
        <w:t>Education or training needed:</w:t>
      </w:r>
      <w:r w:rsidRPr="00F144F0">
        <w:rPr>
          <w:sz w:val="28"/>
          <w:szCs w:val="28"/>
        </w:rPr>
        <w:br/>
        <w:t>____________________________________________</w:t>
      </w:r>
    </w:p>
    <w:p w14:paraId="145714B8" w14:textId="77777777" w:rsidR="00BF6E78" w:rsidRPr="00F144F0" w:rsidRDefault="00000000" w:rsidP="00F144F0">
      <w:pPr>
        <w:ind w:left="720"/>
        <w:rPr>
          <w:sz w:val="28"/>
          <w:szCs w:val="28"/>
        </w:rPr>
      </w:pPr>
      <w:r w:rsidRPr="00F144F0">
        <w:rPr>
          <w:sz w:val="28"/>
          <w:szCs w:val="28"/>
        </w:rPr>
        <w:t xml:space="preserve">Is this a career I want to explore further?  </w:t>
      </w:r>
      <w:r w:rsidRPr="00F144F0">
        <w:rPr>
          <w:rFonts w:ascii="Segoe UI Symbol" w:hAnsi="Segoe UI Symbol" w:cs="Segoe UI Symbol"/>
          <w:sz w:val="28"/>
          <w:szCs w:val="28"/>
        </w:rPr>
        <w:t>☐</w:t>
      </w:r>
      <w:r w:rsidRPr="00F144F0">
        <w:rPr>
          <w:sz w:val="28"/>
          <w:szCs w:val="28"/>
        </w:rPr>
        <w:t xml:space="preserve"> Yes  </w:t>
      </w:r>
      <w:r w:rsidRPr="00F144F0">
        <w:rPr>
          <w:rFonts w:ascii="Segoe UI Symbol" w:hAnsi="Segoe UI Symbol" w:cs="Segoe UI Symbol"/>
          <w:sz w:val="28"/>
          <w:szCs w:val="28"/>
        </w:rPr>
        <w:t>☐</w:t>
      </w:r>
      <w:r w:rsidRPr="00F144F0">
        <w:rPr>
          <w:sz w:val="28"/>
          <w:szCs w:val="28"/>
        </w:rPr>
        <w:t xml:space="preserve"> Maybe  </w:t>
      </w:r>
      <w:r w:rsidRPr="00F144F0">
        <w:rPr>
          <w:rFonts w:ascii="Segoe UI Symbol" w:hAnsi="Segoe UI Symbol" w:cs="Segoe UI Symbol"/>
          <w:sz w:val="28"/>
          <w:szCs w:val="28"/>
        </w:rPr>
        <w:t>☐</w:t>
      </w:r>
      <w:r w:rsidRPr="00F144F0">
        <w:rPr>
          <w:sz w:val="28"/>
          <w:szCs w:val="28"/>
        </w:rPr>
        <w:t xml:space="preserve"> Not right now</w:t>
      </w:r>
    </w:p>
    <w:p w14:paraId="6BC29D46" w14:textId="763F149D" w:rsidR="00BF6E78" w:rsidRDefault="00F144F0" w:rsidP="008969AF">
      <w:pPr>
        <w:tabs>
          <w:tab w:val="right" w:pos="9864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14017" wp14:editId="62C8470C">
                <wp:simplePos x="0" y="0"/>
                <wp:positionH relativeFrom="column">
                  <wp:posOffset>424814</wp:posOffset>
                </wp:positionH>
                <wp:positionV relativeFrom="paragraph">
                  <wp:posOffset>170815</wp:posOffset>
                </wp:positionV>
                <wp:extent cx="5610225" cy="9525"/>
                <wp:effectExtent l="38100" t="38100" r="66675" b="85725"/>
                <wp:wrapNone/>
                <wp:docPr id="132167662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0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1B8845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45pt,13.45pt" to="475.2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8969AF">
        <w:rPr>
          <w:sz w:val="28"/>
          <w:szCs w:val="28"/>
        </w:rPr>
        <w:tab/>
      </w:r>
    </w:p>
    <w:p w14:paraId="48387D24" w14:textId="77777777" w:rsidR="008969AF" w:rsidRPr="00F144F0" w:rsidRDefault="008969AF" w:rsidP="008969AF">
      <w:pPr>
        <w:ind w:left="720"/>
        <w:rPr>
          <w:sz w:val="28"/>
          <w:szCs w:val="28"/>
        </w:rPr>
      </w:pPr>
      <w:r w:rsidRPr="00F144F0">
        <w:rPr>
          <w:sz w:val="28"/>
          <w:szCs w:val="28"/>
        </w:rPr>
        <w:t>Career / Organization: ____________________________</w:t>
      </w:r>
    </w:p>
    <w:p w14:paraId="3A25B0D6" w14:textId="77777777" w:rsidR="008969AF" w:rsidRPr="00F144F0" w:rsidRDefault="008969AF" w:rsidP="008969AF">
      <w:pPr>
        <w:ind w:left="720"/>
        <w:rPr>
          <w:sz w:val="28"/>
          <w:szCs w:val="28"/>
        </w:rPr>
      </w:pPr>
      <w:r w:rsidRPr="00F144F0">
        <w:rPr>
          <w:sz w:val="28"/>
          <w:szCs w:val="28"/>
        </w:rPr>
        <w:t>Professional’s Job Title: ____________________________</w:t>
      </w:r>
      <w:r w:rsidRPr="00F144F0">
        <w:rPr>
          <w:sz w:val="28"/>
          <w:szCs w:val="28"/>
        </w:rPr>
        <w:br/>
      </w:r>
    </w:p>
    <w:p w14:paraId="52FDC4A7" w14:textId="77777777" w:rsidR="008969AF" w:rsidRPr="00F144F0" w:rsidRDefault="008969AF" w:rsidP="008969AF">
      <w:pPr>
        <w:ind w:left="720"/>
        <w:rPr>
          <w:sz w:val="28"/>
          <w:szCs w:val="28"/>
        </w:rPr>
      </w:pPr>
      <w:r w:rsidRPr="00F144F0">
        <w:rPr>
          <w:sz w:val="28"/>
          <w:szCs w:val="28"/>
        </w:rPr>
        <w:t>What I learned about this career:</w:t>
      </w:r>
      <w:r w:rsidRPr="00F144F0">
        <w:rPr>
          <w:sz w:val="28"/>
          <w:szCs w:val="28"/>
        </w:rPr>
        <w:br/>
        <w:t>____________________________________________</w:t>
      </w:r>
      <w:r w:rsidRPr="00F144F0">
        <w:rPr>
          <w:sz w:val="28"/>
          <w:szCs w:val="28"/>
        </w:rPr>
        <w:br/>
        <w:t>____________________________________________</w:t>
      </w:r>
    </w:p>
    <w:p w14:paraId="6C6E1C5F" w14:textId="77777777" w:rsidR="008969AF" w:rsidRPr="00F144F0" w:rsidRDefault="008969AF" w:rsidP="008969AF">
      <w:pPr>
        <w:ind w:left="720"/>
        <w:rPr>
          <w:sz w:val="28"/>
          <w:szCs w:val="28"/>
        </w:rPr>
      </w:pPr>
      <w:r w:rsidRPr="00F144F0">
        <w:rPr>
          <w:sz w:val="28"/>
          <w:szCs w:val="28"/>
        </w:rPr>
        <w:t>Education or training needed:</w:t>
      </w:r>
      <w:r w:rsidRPr="00F144F0">
        <w:rPr>
          <w:sz w:val="28"/>
          <w:szCs w:val="28"/>
        </w:rPr>
        <w:br/>
        <w:t>____________________________________________</w:t>
      </w:r>
    </w:p>
    <w:p w14:paraId="57436351" w14:textId="77777777" w:rsidR="008969AF" w:rsidRPr="00F144F0" w:rsidRDefault="008969AF" w:rsidP="008969AF">
      <w:pPr>
        <w:ind w:left="720"/>
        <w:rPr>
          <w:sz w:val="28"/>
          <w:szCs w:val="28"/>
        </w:rPr>
      </w:pPr>
      <w:r w:rsidRPr="00F144F0">
        <w:rPr>
          <w:sz w:val="28"/>
          <w:szCs w:val="28"/>
        </w:rPr>
        <w:t xml:space="preserve">Is this a career I want to explore further?  </w:t>
      </w:r>
      <w:r w:rsidRPr="00F144F0">
        <w:rPr>
          <w:rFonts w:ascii="Segoe UI Symbol" w:hAnsi="Segoe UI Symbol" w:cs="Segoe UI Symbol"/>
          <w:sz w:val="28"/>
          <w:szCs w:val="28"/>
        </w:rPr>
        <w:t>☐</w:t>
      </w:r>
      <w:r w:rsidRPr="00F144F0">
        <w:rPr>
          <w:sz w:val="28"/>
          <w:szCs w:val="28"/>
        </w:rPr>
        <w:t xml:space="preserve"> </w:t>
      </w:r>
      <w:proofErr w:type="gramStart"/>
      <w:r w:rsidRPr="00F144F0">
        <w:rPr>
          <w:sz w:val="28"/>
          <w:szCs w:val="28"/>
        </w:rPr>
        <w:t xml:space="preserve">Yes  </w:t>
      </w:r>
      <w:r w:rsidRPr="00F144F0">
        <w:rPr>
          <w:rFonts w:ascii="Segoe UI Symbol" w:hAnsi="Segoe UI Symbol" w:cs="Segoe UI Symbol"/>
          <w:sz w:val="28"/>
          <w:szCs w:val="28"/>
        </w:rPr>
        <w:t>☐</w:t>
      </w:r>
      <w:proofErr w:type="gramEnd"/>
      <w:r w:rsidRPr="00F144F0">
        <w:rPr>
          <w:sz w:val="28"/>
          <w:szCs w:val="28"/>
        </w:rPr>
        <w:t xml:space="preserve"> </w:t>
      </w:r>
      <w:proofErr w:type="gramStart"/>
      <w:r w:rsidRPr="00F144F0">
        <w:rPr>
          <w:sz w:val="28"/>
          <w:szCs w:val="28"/>
        </w:rPr>
        <w:t xml:space="preserve">Maybe  </w:t>
      </w:r>
      <w:r w:rsidRPr="00F144F0">
        <w:rPr>
          <w:rFonts w:ascii="Segoe UI Symbol" w:hAnsi="Segoe UI Symbol" w:cs="Segoe UI Symbol"/>
          <w:sz w:val="28"/>
          <w:szCs w:val="28"/>
        </w:rPr>
        <w:t>☐</w:t>
      </w:r>
      <w:proofErr w:type="gramEnd"/>
      <w:r w:rsidRPr="00F144F0">
        <w:rPr>
          <w:sz w:val="28"/>
          <w:szCs w:val="28"/>
        </w:rPr>
        <w:t xml:space="preserve"> Not right now</w:t>
      </w:r>
    </w:p>
    <w:p w14:paraId="35C45688" w14:textId="77777777" w:rsidR="008969AF" w:rsidRPr="00F144F0" w:rsidRDefault="008969AF" w:rsidP="008969AF">
      <w:pPr>
        <w:tabs>
          <w:tab w:val="right" w:pos="9864"/>
        </w:tabs>
        <w:rPr>
          <w:sz w:val="28"/>
          <w:szCs w:val="28"/>
        </w:rPr>
      </w:pPr>
    </w:p>
    <w:sectPr w:rsidR="008969AF" w:rsidRPr="00F144F0" w:rsidSect="005111CC">
      <w:headerReference w:type="default" r:id="rId8"/>
      <w:footerReference w:type="default" r:id="rId9"/>
      <w:pgSz w:w="12240" w:h="15840"/>
      <w:pgMar w:top="1440" w:right="1800" w:bottom="144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CA07E" w14:textId="77777777" w:rsidR="00433B2C" w:rsidRDefault="00433B2C">
      <w:pPr>
        <w:spacing w:after="0" w:line="240" w:lineRule="auto"/>
      </w:pPr>
      <w:r>
        <w:separator/>
      </w:r>
    </w:p>
  </w:endnote>
  <w:endnote w:type="continuationSeparator" w:id="0">
    <w:p w14:paraId="0FBB93BD" w14:textId="77777777" w:rsidR="00433B2C" w:rsidRDefault="00433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EC32D" w14:textId="77777777" w:rsidR="00BF6E78" w:rsidRDefault="00000000">
    <w:pPr>
      <w:pStyle w:val="Footer"/>
      <w:jc w:val="center"/>
    </w:pPr>
    <w:r>
      <w:t>Center for Healthcare Careers | Hands-On High School Healthcare Career Expo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A5A8F" w14:textId="77777777" w:rsidR="00433B2C" w:rsidRDefault="00433B2C">
      <w:pPr>
        <w:spacing w:after="0" w:line="240" w:lineRule="auto"/>
      </w:pPr>
      <w:r>
        <w:separator/>
      </w:r>
    </w:p>
  </w:footnote>
  <w:footnote w:type="continuationSeparator" w:id="0">
    <w:p w14:paraId="73E53F61" w14:textId="77777777" w:rsidR="00433B2C" w:rsidRDefault="00433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833DB" w14:textId="6B8BD130" w:rsidR="00BF6E78" w:rsidRDefault="005111CC" w:rsidP="005111CC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7CD078E" wp14:editId="54933FC5">
          <wp:simplePos x="0" y="0"/>
          <wp:positionH relativeFrom="column">
            <wp:posOffset>-137160</wp:posOffset>
          </wp:positionH>
          <wp:positionV relativeFrom="paragraph">
            <wp:posOffset>-304800</wp:posOffset>
          </wp:positionV>
          <wp:extent cx="1476375" cy="714406"/>
          <wp:effectExtent l="0" t="0" r="0" b="9525"/>
          <wp:wrapSquare wrapText="bothSides"/>
          <wp:docPr id="201389424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3894240" name="Picture 20138942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6375" cy="7144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theme="majorHAnsi"/>
        <w:b/>
        <w:bCs/>
        <w:sz w:val="28"/>
        <w:szCs w:val="28"/>
      </w:rPr>
      <w:tab/>
    </w:r>
    <w:r w:rsidR="00000000" w:rsidRPr="005111CC">
      <w:rPr>
        <w:rFonts w:asciiTheme="majorHAnsi" w:hAnsiTheme="majorHAnsi" w:cstheme="majorHAnsi"/>
        <w:b/>
        <w:bCs/>
        <w:sz w:val="28"/>
        <w:szCs w:val="28"/>
      </w:rPr>
      <w:t>Hands-On High School Healthcare Career Expo</w:t>
    </w:r>
    <w:r w:rsidR="00000000" w:rsidRPr="005111CC">
      <w:rPr>
        <w:rFonts w:asciiTheme="majorHAnsi" w:hAnsiTheme="majorHAnsi" w:cstheme="majorHAnsi"/>
        <w:b/>
        <w:bCs/>
        <w:sz w:val="28"/>
        <w:szCs w:val="28"/>
      </w:rPr>
      <w:br/>
      <w:t>Center for Healthcare Careers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10692926">
    <w:abstractNumId w:val="8"/>
  </w:num>
  <w:num w:numId="2" w16cid:durableId="449935912">
    <w:abstractNumId w:val="6"/>
  </w:num>
  <w:num w:numId="3" w16cid:durableId="1516923080">
    <w:abstractNumId w:val="5"/>
  </w:num>
  <w:num w:numId="4" w16cid:durableId="1214191829">
    <w:abstractNumId w:val="4"/>
  </w:num>
  <w:num w:numId="5" w16cid:durableId="214240354">
    <w:abstractNumId w:val="7"/>
  </w:num>
  <w:num w:numId="6" w16cid:durableId="1516069228">
    <w:abstractNumId w:val="3"/>
  </w:num>
  <w:num w:numId="7" w16cid:durableId="974943486">
    <w:abstractNumId w:val="2"/>
  </w:num>
  <w:num w:numId="8" w16cid:durableId="1875458137">
    <w:abstractNumId w:val="1"/>
  </w:num>
  <w:num w:numId="9" w16cid:durableId="117460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96FDC"/>
    <w:rsid w:val="0027039A"/>
    <w:rsid w:val="0029639D"/>
    <w:rsid w:val="00326F90"/>
    <w:rsid w:val="00433B2C"/>
    <w:rsid w:val="005111CC"/>
    <w:rsid w:val="008969AF"/>
    <w:rsid w:val="00902650"/>
    <w:rsid w:val="00AA1D8D"/>
    <w:rsid w:val="00B47730"/>
    <w:rsid w:val="00BF6E78"/>
    <w:rsid w:val="00CB0664"/>
    <w:rsid w:val="00F144F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9EA84F"/>
  <w14:defaultImageDpi w14:val="300"/>
  <w15:docId w15:val="{7C9C3F72-3905-4170-8BAF-A2AE8666F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Open sans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Jennifer Ditscheit</cp:lastModifiedBy>
  <cp:revision>2</cp:revision>
  <dcterms:created xsi:type="dcterms:W3CDTF">2013-12-23T23:15:00Z</dcterms:created>
  <dcterms:modified xsi:type="dcterms:W3CDTF">2026-01-07T19:00:00Z</dcterms:modified>
  <cp:category/>
</cp:coreProperties>
</file>